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b/>
                <w:sz w:val="26"/>
              </w:rPr>
              <w:t>[Your Business Name]</w:t>
            </w:r>
          </w:p>
          <w:p>
            <w:pPr>
              <w:spacing w:after="0" w:before="0"/>
            </w:pPr>
            <w:r>
              <w:rPr>
                <w:b w:val="0"/>
                <w:i w:val="0"/>
                <w:sz w:val="18"/>
              </w:rPr>
              <w:t>[Shop no., street, city, PIN]</w:t>
            </w:r>
          </w:p>
          <w:p>
            <w:pPr>
              <w:spacing w:after="0" w:before="0"/>
            </w:pPr>
            <w:r>
              <w:rPr>
                <w:b w:val="0"/>
                <w:i w:val="0"/>
                <w:sz w:val="18"/>
              </w:rPr>
              <w:t>GSTIN: [29ABCDE1234F1Z5]</w:t>
            </w:r>
          </w:p>
          <w:p>
            <w:pPr>
              <w:spacing w:after="0" w:before="0"/>
            </w:pPr>
            <w:r>
              <w:rPr>
                <w:b w:val="0"/>
                <w:i w:val="0"/>
                <w:sz w:val="18"/>
              </w:rPr>
              <w:t>State: [Karnataka (29)]</w:t>
            </w:r>
          </w:p>
          <w:p>
            <w:pPr>
              <w:spacing w:after="0" w:before="0"/>
            </w:pPr>
            <w:r>
              <w:rPr>
                <w:b w:val="0"/>
                <w:i w:val="0"/>
                <w:sz w:val="18"/>
              </w:rPr>
              <w:t>Phone: [+91 ...]  ·  Email: [you@example.com]</w:t>
            </w:r>
          </w:p>
        </w:tc>
        <w:tc>
          <w:tcPr>
            <w:tcW w:type="dxa" w:w="5046"/>
          </w:tcPr>
          <w:p>
            <w:pPr>
              <w:spacing w:after="0"/>
              <w:jc w:val="right"/>
            </w:pPr>
            <w:r/>
            <w:r>
              <w:rPr>
                <w:b/>
                <w:sz w:val="36"/>
              </w:rPr>
              <w:t>QUOTATION</w:t>
            </w:r>
          </w:p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475569"/>
                <w:sz w:val="16"/>
              </w:rPr>
              <w:t>Not a tax invoice</w:t>
            </w:r>
          </w:p>
        </w:tc>
      </w:tr>
    </w:tbl>
    <w:p>
      <w:pPr>
        <w:spacing w:after="80" w:before="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8"/>
              </w:rPr>
              <w:t>Quotation no.</w:t>
            </w:r>
          </w:p>
        </w:tc>
        <w:tc>
          <w:tcPr>
            <w:tcW w:type="dxa" w:w="2523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[Q/26-27/001]</w:t>
            </w:r>
          </w:p>
        </w:tc>
        <w:tc>
          <w:tcPr>
            <w:tcW w:type="dxa" w:w="2523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8"/>
              </w:rPr>
              <w:t>Date</w:t>
            </w:r>
          </w:p>
        </w:tc>
        <w:tc>
          <w:tcPr>
            <w:tcW w:type="dxa" w:w="2523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[20-10-2026]</w:t>
            </w:r>
          </w:p>
        </w:tc>
      </w:tr>
      <w:tr>
        <w:tc>
          <w:tcPr>
            <w:tcW w:type="dxa" w:w="2523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8"/>
              </w:rPr>
              <w:t>Valid until</w:t>
            </w:r>
          </w:p>
        </w:tc>
        <w:tc>
          <w:tcPr>
            <w:tcW w:type="dxa" w:w="2523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[03-11-2026]</w:t>
            </w:r>
          </w:p>
        </w:tc>
        <w:tc>
          <w:tcPr>
            <w:tcW w:type="dxa" w:w="2523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8"/>
              </w:rPr>
              <w:t>Your reference</w:t>
            </w:r>
          </w:p>
        </w:tc>
        <w:tc>
          <w:tcPr>
            <w:tcW w:type="dxa" w:w="2523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[Enquiry dated 18-10-2026]</w:t>
            </w:r>
          </w:p>
        </w:tc>
      </w:tr>
      <w:tr>
        <w:tc>
          <w:tcPr>
            <w:tcW w:type="dxa" w:w="2523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8"/>
              </w:rPr>
              <w:t>Place of supply</w:t>
            </w:r>
          </w:p>
        </w:tc>
        <w:tc>
          <w:tcPr>
            <w:tcW w:type="dxa" w:w="2523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[Karnataka (29)]</w:t>
            </w:r>
          </w:p>
        </w:tc>
        <w:tc>
          <w:tcPr>
            <w:tcW w:type="dxa" w:w="2523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8"/>
              </w:rPr>
              <w:t>Revision</w:t>
            </w:r>
          </w:p>
        </w:tc>
        <w:tc>
          <w:tcPr>
            <w:tcW w:type="dxa" w:w="2523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[Rev 0]</w:t>
            </w:r>
          </w:p>
        </w:tc>
      </w:tr>
    </w:tbl>
    <w:p>
      <w:pPr>
        <w:spacing w:after="80" w:before="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b/>
                <w:sz w:val="18"/>
              </w:rPr>
              <w:t>Quotation for</w:t>
            </w:r>
          </w:p>
          <w:p>
            <w:pPr>
              <w:spacing w:after="0" w:before="0"/>
            </w:pPr>
            <w:r>
              <w:rPr>
                <w:b w:val="0"/>
                <w:i w:val="0"/>
                <w:sz w:val="18"/>
              </w:rPr>
              <w:t>[Customer name]</w:t>
            </w:r>
          </w:p>
          <w:p>
            <w:pPr>
              <w:spacing w:after="0" w:before="0"/>
            </w:pPr>
            <w:r>
              <w:rPr>
                <w:b w:val="0"/>
                <w:i w:val="0"/>
                <w:sz w:val="18"/>
              </w:rPr>
              <w:t>[Address, city, PIN]</w:t>
            </w:r>
          </w:p>
          <w:p>
            <w:pPr>
              <w:spacing w:after="0" w:before="0"/>
            </w:pPr>
            <w:r>
              <w:rPr>
                <w:b w:val="0"/>
                <w:i w:val="0"/>
                <w:sz w:val="18"/>
              </w:rPr>
              <w:t>GSTIN: [if registered]</w:t>
            </w:r>
          </w:p>
          <w:p>
            <w:pPr>
              <w:spacing w:after="0" w:before="0"/>
            </w:pPr>
            <w:r>
              <w:rPr>
                <w:b w:val="0"/>
                <w:i w:val="0"/>
                <w:sz w:val="18"/>
              </w:rPr>
              <w:t>State: [Karnataka (29)]</w:t>
            </w:r>
          </w:p>
          <w:p>
            <w:pPr>
              <w:spacing w:after="0" w:before="0"/>
            </w:pPr>
            <w:r>
              <w:rPr>
                <w:b w:val="0"/>
                <w:i w:val="0"/>
                <w:sz w:val="18"/>
              </w:rPr>
              <w:t>Contact: [name, phone]</w:t>
            </w:r>
          </w:p>
        </w:tc>
        <w:tc>
          <w:tcPr>
            <w:tcW w:type="dxa" w:w="5046"/>
          </w:tcPr>
          <w:p>
            <w:pPr>
              <w:spacing w:after="0"/>
            </w:pPr>
            <w:r/>
            <w:r>
              <w:rPr>
                <w:b/>
                <w:sz w:val="18"/>
              </w:rPr>
              <w:t>Delivery / site address</w:t>
            </w:r>
          </w:p>
          <w:p>
            <w:pPr>
              <w:spacing w:after="0" w:before="0"/>
            </w:pPr>
            <w:r>
              <w:rPr>
                <w:b w:val="0"/>
                <w:i w:val="0"/>
                <w:sz w:val="18"/>
              </w:rPr>
              <w:t>[Same as above, or delivery address]</w:t>
            </w:r>
          </w:p>
        </w:tc>
      </w:tr>
    </w:tbl>
    <w:p>
      <w:pPr>
        <w:spacing w:after="80" w:before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"/>
        <w:gridCol w:w="2324"/>
        <w:gridCol w:w="850"/>
        <w:gridCol w:w="510"/>
        <w:gridCol w:w="567"/>
        <w:gridCol w:w="907"/>
        <w:gridCol w:w="1077"/>
        <w:gridCol w:w="510"/>
        <w:gridCol w:w="850"/>
        <w:gridCol w:w="850"/>
        <w:gridCol w:w="1247"/>
      </w:tblGrid>
      <w:tr>
        <w:tc>
          <w:tcPr>
            <w:tcW w:type="dxa" w:w="340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6"/>
              </w:rPr>
              <w:t>#</w:t>
            </w:r>
          </w:p>
        </w:tc>
        <w:tc>
          <w:tcPr>
            <w:tcW w:type="dxa" w:w="2324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6"/>
              </w:rPr>
              <w:t>Item / specification</w:t>
            </w:r>
          </w:p>
        </w:tc>
        <w:tc>
          <w:tcPr>
            <w:tcW w:type="dxa" w:w="850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6"/>
              </w:rPr>
              <w:t>HSN/SAC</w:t>
            </w:r>
          </w:p>
        </w:tc>
        <w:tc>
          <w:tcPr>
            <w:tcW w:type="dxa" w:w="510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6"/>
              </w:rPr>
              <w:t>Qty</w:t>
            </w:r>
          </w:p>
        </w:tc>
        <w:tc>
          <w:tcPr>
            <w:tcW w:type="dxa" w:w="567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6"/>
              </w:rPr>
              <w:t>Unit</w:t>
            </w:r>
          </w:p>
        </w:tc>
        <w:tc>
          <w:tcPr>
            <w:tcW w:type="dxa" w:w="907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6"/>
              </w:rPr>
              <w:t>Rate (₹)</w:t>
            </w:r>
          </w:p>
        </w:tc>
        <w:tc>
          <w:tcPr>
            <w:tcW w:type="dxa" w:w="1077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6"/>
              </w:rPr>
              <w:t>Taxable value (₹)</w:t>
            </w:r>
          </w:p>
        </w:tc>
        <w:tc>
          <w:tcPr>
            <w:tcW w:type="dxa" w:w="510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6"/>
              </w:rPr>
              <w:t>GST %</w:t>
            </w:r>
          </w:p>
        </w:tc>
        <w:tc>
          <w:tcPr>
            <w:tcW w:type="dxa" w:w="850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6"/>
              </w:rPr>
              <w:t>CGST (₹)</w:t>
            </w:r>
          </w:p>
        </w:tc>
        <w:tc>
          <w:tcPr>
            <w:tcW w:type="dxa" w:w="850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6"/>
              </w:rPr>
              <w:t>SGST (₹)</w:t>
            </w:r>
          </w:p>
        </w:tc>
        <w:tc>
          <w:tcPr>
            <w:tcW w:type="dxa" w:w="1247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6"/>
              </w:rPr>
              <w:t>Total (₹)</w:t>
            </w:r>
          </w:p>
        </w:tc>
      </w:tr>
      <w:tr>
        <w:tc>
          <w:tcPr>
            <w:tcW w:type="dxa" w:w="340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1</w:t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[Item with make, model, size]</w:t>
            </w:r>
          </w:p>
        </w:tc>
        <w:tc>
          <w:tcPr>
            <w:tcW w:type="dxa" w:w="850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[XXXX]</w:t>
            </w:r>
          </w:p>
        </w:tc>
        <w:tc>
          <w:tcPr>
            <w:tcW w:type="dxa" w:w="510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2</w:t>
            </w:r>
          </w:p>
        </w:tc>
        <w:tc>
          <w:tcPr>
            <w:tcW w:type="dxa" w:w="567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NOS</w:t>
            </w:r>
          </w:p>
        </w:tc>
        <w:tc>
          <w:tcPr>
            <w:tcW w:type="dxa" w:w="907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42,000.00</w:t>
            </w:r>
          </w:p>
        </w:tc>
        <w:tc>
          <w:tcPr>
            <w:tcW w:type="dxa" w:w="1077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84,000.00</w:t>
            </w:r>
          </w:p>
        </w:tc>
        <w:tc>
          <w:tcPr>
            <w:tcW w:type="dxa" w:w="510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18</w:t>
            </w:r>
          </w:p>
        </w:tc>
        <w:tc>
          <w:tcPr>
            <w:tcW w:type="dxa" w:w="850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7,560.00</w:t>
            </w:r>
          </w:p>
        </w:tc>
        <w:tc>
          <w:tcPr>
            <w:tcW w:type="dxa" w:w="850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7,560.00</w:t>
            </w:r>
          </w:p>
        </w:tc>
        <w:tc>
          <w:tcPr>
            <w:tcW w:type="dxa" w:w="1247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99,120.00</w:t>
            </w:r>
          </w:p>
        </w:tc>
      </w:tr>
      <w:tr>
        <w:tc>
          <w:tcPr>
            <w:tcW w:type="dxa" w:w="340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2</w:t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[Installation service]</w:t>
            </w:r>
          </w:p>
        </w:tc>
        <w:tc>
          <w:tcPr>
            <w:tcW w:type="dxa" w:w="850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[99XXXX]</w:t>
            </w:r>
          </w:p>
        </w:tc>
        <w:tc>
          <w:tcPr>
            <w:tcW w:type="dxa" w:w="510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1</w:t>
            </w:r>
          </w:p>
        </w:tc>
        <w:tc>
          <w:tcPr>
            <w:tcW w:type="dxa" w:w="567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NOS</w:t>
            </w:r>
          </w:p>
        </w:tc>
        <w:tc>
          <w:tcPr>
            <w:tcW w:type="dxa" w:w="907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1,500.00</w:t>
            </w:r>
          </w:p>
        </w:tc>
        <w:tc>
          <w:tcPr>
            <w:tcW w:type="dxa" w:w="1077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1,500.00</w:t>
            </w:r>
          </w:p>
        </w:tc>
        <w:tc>
          <w:tcPr>
            <w:tcW w:type="dxa" w:w="510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18</w:t>
            </w:r>
          </w:p>
        </w:tc>
        <w:tc>
          <w:tcPr>
            <w:tcW w:type="dxa" w:w="850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135.00</w:t>
            </w:r>
          </w:p>
        </w:tc>
        <w:tc>
          <w:tcPr>
            <w:tcW w:type="dxa" w:w="850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135.00</w:t>
            </w:r>
          </w:p>
        </w:tc>
        <w:tc>
          <w:tcPr>
            <w:tcW w:type="dxa" w:w="1247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1,770.00</w:t>
            </w:r>
          </w:p>
        </w:tc>
      </w:tr>
      <w:tr>
        <w:tc>
          <w:tcPr>
            <w:tcW w:type="dxa" w:w="340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3</w:t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510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567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907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077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510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4</w:t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510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567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907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077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510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"/>
          </w:tcPr>
          <w:p>
            <w:pPr>
              <w:spacing w:after="0"/>
            </w:pPr>
            <w:r/>
            <w:r>
              <w:rPr>
                <w:b/>
                <w:sz w:val="16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/>
                <w:sz w:val="16"/>
              </w:rPr>
              <w:t>Total</w:t>
            </w:r>
          </w:p>
        </w:tc>
        <w:tc>
          <w:tcPr>
            <w:tcW w:type="dxa" w:w="850"/>
          </w:tcPr>
          <w:p>
            <w:pPr>
              <w:spacing w:after="0"/>
            </w:pPr>
            <w:r/>
            <w:r>
              <w:rPr>
                <w:b/>
                <w:sz w:val="16"/>
              </w:rPr>
            </w:r>
          </w:p>
        </w:tc>
        <w:tc>
          <w:tcPr>
            <w:tcW w:type="dxa" w:w="510"/>
          </w:tcPr>
          <w:p>
            <w:pPr>
              <w:spacing w:after="0"/>
              <w:jc w:val="right"/>
            </w:pPr>
            <w:r/>
            <w:r>
              <w:rPr>
                <w:b/>
                <w:sz w:val="16"/>
              </w:rPr>
            </w:r>
          </w:p>
        </w:tc>
        <w:tc>
          <w:tcPr>
            <w:tcW w:type="dxa" w:w="567"/>
          </w:tcPr>
          <w:p>
            <w:pPr>
              <w:spacing w:after="0"/>
              <w:jc w:val="right"/>
            </w:pPr>
            <w:r/>
            <w:r>
              <w:rPr>
                <w:b/>
                <w:sz w:val="16"/>
              </w:rPr>
            </w:r>
          </w:p>
        </w:tc>
        <w:tc>
          <w:tcPr>
            <w:tcW w:type="dxa" w:w="907"/>
          </w:tcPr>
          <w:p>
            <w:pPr>
              <w:spacing w:after="0"/>
              <w:jc w:val="right"/>
            </w:pPr>
            <w:r/>
            <w:r>
              <w:rPr>
                <w:b/>
                <w:sz w:val="16"/>
              </w:rPr>
            </w:r>
          </w:p>
        </w:tc>
        <w:tc>
          <w:tcPr>
            <w:tcW w:type="dxa" w:w="1077"/>
          </w:tcPr>
          <w:p>
            <w:pPr>
              <w:spacing w:after="0"/>
              <w:jc w:val="right"/>
            </w:pPr>
            <w:r/>
            <w:r>
              <w:rPr>
                <w:b/>
                <w:sz w:val="16"/>
              </w:rPr>
              <w:t>85,500.00</w:t>
            </w:r>
          </w:p>
        </w:tc>
        <w:tc>
          <w:tcPr>
            <w:tcW w:type="dxa" w:w="510"/>
          </w:tcPr>
          <w:p>
            <w:pPr>
              <w:spacing w:after="0"/>
              <w:jc w:val="right"/>
            </w:pPr>
            <w:r/>
            <w:r>
              <w:rPr>
                <w:b/>
                <w:sz w:val="16"/>
              </w:rPr>
            </w:r>
          </w:p>
        </w:tc>
        <w:tc>
          <w:tcPr>
            <w:tcW w:type="dxa" w:w="850"/>
          </w:tcPr>
          <w:p>
            <w:pPr>
              <w:spacing w:after="0"/>
              <w:jc w:val="right"/>
            </w:pPr>
            <w:r/>
            <w:r>
              <w:rPr>
                <w:b/>
                <w:sz w:val="16"/>
              </w:rPr>
              <w:t>7,695.00</w:t>
            </w:r>
          </w:p>
        </w:tc>
        <w:tc>
          <w:tcPr>
            <w:tcW w:type="dxa" w:w="850"/>
          </w:tcPr>
          <w:p>
            <w:pPr>
              <w:spacing w:after="0"/>
              <w:jc w:val="right"/>
            </w:pPr>
            <w:r/>
            <w:r>
              <w:rPr>
                <w:b/>
                <w:sz w:val="16"/>
              </w:rPr>
              <w:t>7,695.00</w:t>
            </w:r>
          </w:p>
        </w:tc>
        <w:tc>
          <w:tcPr>
            <w:tcW w:type="dxa" w:w="1247"/>
          </w:tcPr>
          <w:p>
            <w:pPr>
              <w:spacing w:after="0"/>
              <w:jc w:val="right"/>
            </w:pPr>
            <w:r/>
            <w:r>
              <w:rPr>
                <w:b/>
                <w:sz w:val="16"/>
              </w:rPr>
              <w:t>1,00,890.00</w:t>
            </w:r>
          </w:p>
        </w:tc>
      </w:tr>
    </w:tbl>
    <w:p>
      <w:pPr>
        <w:spacing w:after="80" w:before="0"/>
      </w:pPr>
      <w:r>
        <w:rPr>
          <w:b w:val="0"/>
          <w:i/>
          <w:color w:val="475569"/>
          <w:sz w:val="16"/>
        </w:rPr>
        <w:t>Inter-state quote (customer in another state)? Replace the CGST and SGST columns with one IGST column at the full rate (for example 18%).</w:t>
      </w:r>
    </w:p>
    <w:p>
      <w:pPr>
        <w:spacing w:after="120" w:before="0"/>
      </w:pPr>
      <w:r>
        <w:rPr>
          <w:b/>
          <w:i w:val="0"/>
          <w:sz w:val="18"/>
        </w:rPr>
        <w:t>Amount in words: [Rupees One Lakh Eight Hundred Ninety only]</w:t>
      </w:r>
    </w:p>
    <w:p>
      <w:pPr>
        <w:spacing w:after="40" w:before="0"/>
      </w:pPr>
      <w:r>
        <w:rPr>
          <w:b/>
          <w:i w:val="0"/>
          <w:color w:val="1E293B"/>
          <w:sz w:val="20"/>
        </w:rPr>
        <w:t>Terms and conditions</w:t>
      </w:r>
    </w:p>
    <w:p>
      <w:pPr>
        <w:pStyle w:val="ListNumber"/>
        <w:spacing w:after="0"/>
      </w:pPr>
      <w:r>
        <w:rPr>
          <w:sz w:val="18"/>
        </w:rPr>
        <w:t>Prices are in INR. GST is extra at the rates shown; the invoice will charge the rate in force at the time of supply.</w:t>
      </w:r>
    </w:p>
    <w:p>
      <w:pPr>
        <w:pStyle w:val="ListNumber"/>
        <w:spacing w:after="0"/>
      </w:pPr>
      <w:r>
        <w:rPr>
          <w:sz w:val="18"/>
        </w:rPr>
        <w:t>Validity: this quotation is valid until the date above. Prices and stock may change after that.</w:t>
      </w:r>
    </w:p>
    <w:p>
      <w:pPr>
        <w:pStyle w:val="ListNumber"/>
        <w:spacing w:after="0"/>
      </w:pPr>
      <w:r>
        <w:rPr>
          <w:sz w:val="18"/>
        </w:rPr>
        <w:t>Delivery: [7] days from your written order / purchase order.</w:t>
      </w:r>
    </w:p>
    <w:p>
      <w:pPr>
        <w:pStyle w:val="ListNumber"/>
        <w:spacing w:after="0"/>
      </w:pPr>
      <w:r>
        <w:rPr>
          <w:sz w:val="18"/>
        </w:rPr>
        <w:t>Payment: [50% advance with order, balance before dispatch / within 15 days of invoice].</w:t>
      </w:r>
    </w:p>
    <w:p>
      <w:pPr>
        <w:pStyle w:val="ListNumber"/>
        <w:spacing w:after="0"/>
      </w:pPr>
      <w:r>
        <w:rPr>
          <w:sz w:val="18"/>
        </w:rPr>
        <w:t>Freight, loading and insurance: [included / extra at actuals].</w:t>
      </w:r>
    </w:p>
    <w:p>
      <w:pPr>
        <w:pStyle w:val="ListNumber"/>
        <w:spacing w:after="0"/>
      </w:pPr>
      <w:r>
        <w:rPr>
          <w:sz w:val="18"/>
        </w:rPr>
        <w:t>Warranty: [as per manufacturer / 12 months from installation].</w:t>
      </w:r>
    </w:p>
    <w:p>
      <w:pPr>
        <w:pStyle w:val="ListNumber"/>
        <w:spacing w:after="0"/>
      </w:pPr>
      <w:r>
        <w:rPr>
          <w:sz w:val="18"/>
        </w:rPr>
        <w:t>Please quote this quotation number on your purchase order.</w:t>
      </w:r>
    </w:p>
    <w:p>
      <w:pPr>
        <w:spacing w:after="80" w:before="0"/>
      </w:pPr>
    </w:p>
    <w:p>
      <w:pPr>
        <w:spacing w:after="200" w:before="0"/>
      </w:pPr>
      <w:r>
        <w:rPr>
          <w:b w:val="0"/>
          <w:i w:val="0"/>
          <w:sz w:val="18"/>
        </w:rPr>
        <w:t>Bank details (for advance): [Bank name, A/c no., IFSC]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Accepted by customer (sign, date, stamp)</w:t>
            </w:r>
          </w:p>
          <w:p>
            <w:pPr>
              <w:spacing w:after="0" w:before="0"/>
            </w:pPr>
            <w:r>
              <w:rPr>
                <w:b w:val="0"/>
                <w:i w:val="0"/>
                <w:sz w:val="18"/>
              </w:rPr>
              <w:br/>
              <w:br/>
              <w:t>______________________</w:t>
            </w:r>
          </w:p>
        </w:tc>
        <w:tc>
          <w:tcPr>
            <w:tcW w:type="dxa" w:w="5046"/>
          </w:tcPr>
          <w:p>
            <w:pPr>
              <w:spacing w:after="0"/>
              <w:jc w:val="right"/>
            </w:pPr>
            <w:r/>
            <w:r>
              <w:rPr>
                <w:b/>
                <w:sz w:val="18"/>
              </w:rPr>
              <w:t>For [Your Business Name]</w:t>
            </w:r>
          </w:p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18"/>
              </w:rPr>
              <w:br/>
              <w:br/>
              <w:t>Authorised signatory</w:t>
            </w:r>
          </w:p>
        </w:tc>
      </w:tr>
    </w:tbl>
    <w:p>
      <w:pPr>
        <w:spacing w:after="120" w:before="0"/>
      </w:pPr>
    </w:p>
    <w:p>
      <w:pPr>
        <w:spacing w:after="40" w:before="0"/>
      </w:pPr>
      <w:r>
        <w:rPr>
          <w:b w:val="0"/>
          <w:i/>
          <w:color w:val="475569"/>
          <w:sz w:val="15"/>
        </w:rPr>
        <w:t>A quotation is an offer, not a tax invoice: no GST is payable on it. Issue a GST tax invoice (Rule 46) with the same items, HSN codes and rates when you supply. Composition dealers should quote without GST. Free format from VelBooks (velbooks.com).</w:t>
      </w:r>
    </w:p>
    <w:p>
      <w:r>
        <w:br w:type="page"/>
      </w:r>
    </w:p>
    <w:p>
      <w:pPr>
        <w:spacing w:after="160" w:before="0"/>
      </w:pPr>
      <w:r>
        <w:rPr>
          <w:b/>
          <w:i w:val="0"/>
          <w:color w:val="1E293B"/>
          <w:sz w:val="22"/>
        </w:rPr>
        <w:t>Quotation covering letter (optional — send with the quotation or paste into your email / WhatsApp)</w:t>
      </w:r>
    </w:p>
    <w:p>
      <w:pPr>
        <w:spacing w:after="80" w:before="0"/>
      </w:pPr>
      <w:r>
        <w:rPr>
          <w:b w:val="0"/>
          <w:i w:val="0"/>
          <w:sz w:val="20"/>
        </w:rPr>
        <w:t>[Your Business Name]</w:t>
      </w:r>
    </w:p>
    <w:p>
      <w:pPr>
        <w:spacing w:after="80" w:before="0"/>
      </w:pPr>
      <w:r>
        <w:rPr>
          <w:b w:val="0"/>
          <w:i w:val="0"/>
          <w:sz w:val="20"/>
        </w:rPr>
        <w:t>[Address]  ·  GSTIN: [..........]</w:t>
      </w:r>
    </w:p>
    <w:p>
      <w:pPr>
        <w:spacing w:after="0" w:before="0"/>
      </w:pPr>
    </w:p>
    <w:p>
      <w:pPr>
        <w:spacing w:after="80" w:before="0"/>
      </w:pPr>
      <w:r>
        <w:rPr>
          <w:b w:val="0"/>
          <w:i w:val="0"/>
          <w:sz w:val="20"/>
        </w:rPr>
        <w:t>Date: [20-10-2026]</w:t>
      </w:r>
    </w:p>
    <w:p>
      <w:pPr>
        <w:spacing w:after="0" w:before="0"/>
      </w:pPr>
    </w:p>
    <w:p>
      <w:pPr>
        <w:spacing w:after="80" w:before="0"/>
      </w:pPr>
      <w:r>
        <w:rPr>
          <w:b w:val="0"/>
          <w:i w:val="0"/>
          <w:sz w:val="20"/>
        </w:rPr>
        <w:t>To,</w:t>
      </w:r>
    </w:p>
    <w:p>
      <w:pPr>
        <w:spacing w:after="80" w:before="0"/>
      </w:pPr>
      <w:r>
        <w:rPr>
          <w:b w:val="0"/>
          <w:i w:val="0"/>
          <w:sz w:val="20"/>
        </w:rPr>
        <w:t>[Customer name]</w:t>
      </w:r>
    </w:p>
    <w:p>
      <w:pPr>
        <w:spacing w:after="80" w:before="0"/>
      </w:pPr>
      <w:r>
        <w:rPr>
          <w:b w:val="0"/>
          <w:i w:val="0"/>
          <w:sz w:val="20"/>
        </w:rPr>
        <w:t>[Designation, company]</w:t>
      </w:r>
    </w:p>
    <w:p>
      <w:pPr>
        <w:spacing w:after="80" w:before="0"/>
      </w:pPr>
      <w:r>
        <w:rPr>
          <w:b w:val="0"/>
          <w:i w:val="0"/>
          <w:sz w:val="20"/>
        </w:rPr>
        <w:t>[Address]</w:t>
      </w:r>
    </w:p>
    <w:p>
      <w:pPr>
        <w:spacing w:after="0" w:before="0"/>
      </w:pPr>
    </w:p>
    <w:p>
      <w:pPr>
        <w:spacing w:after="80" w:before="0"/>
      </w:pPr>
      <w:r>
        <w:rPr>
          <w:b w:val="0"/>
          <w:i w:val="0"/>
          <w:sz w:val="20"/>
        </w:rPr>
        <w:t>Subject: Quotation for [item / work] — Ref. your enquiry dated [18-10-2026]</w:t>
      </w:r>
    </w:p>
    <w:p>
      <w:pPr>
        <w:spacing w:after="0" w:before="0"/>
      </w:pPr>
    </w:p>
    <w:p>
      <w:pPr>
        <w:spacing w:after="80" w:before="0"/>
      </w:pPr>
      <w:r>
        <w:rPr>
          <w:b w:val="0"/>
          <w:i w:val="0"/>
          <w:sz w:val="20"/>
        </w:rPr>
        <w:t>Dear [Sir / Madam / Name],</w:t>
      </w:r>
    </w:p>
    <w:p>
      <w:pPr>
        <w:spacing w:after="80" w:before="0"/>
      </w:pPr>
      <w:r>
        <w:rPr>
          <w:b w:val="0"/>
          <w:i w:val="0"/>
          <w:sz w:val="20"/>
        </w:rPr>
        <w:t>Thank you for your enquiry. Please find attached our quotation no. [Q/26-27/001] dated [20-10-2026] for [item / work], with item-wise rates, HSN codes and applicable GST.</w:t>
      </w:r>
    </w:p>
    <w:p>
      <w:pPr>
        <w:spacing w:after="80" w:before="0"/>
      </w:pPr>
      <w:r>
        <w:rPr>
          <w:b w:val="0"/>
          <w:i w:val="0"/>
          <w:sz w:val="20"/>
        </w:rPr>
        <w:t>Summary: taxable value ₹[85,500], GST ₹[15,390], total ₹[1,00,890]. Delivery within [7] days of your order; payment [50% advance, balance before dispatch].</w:t>
      </w:r>
    </w:p>
    <w:p>
      <w:pPr>
        <w:spacing w:after="80" w:before="0"/>
      </w:pPr>
      <w:r>
        <w:rPr>
          <w:b w:val="0"/>
          <w:i w:val="0"/>
          <w:sz w:val="20"/>
        </w:rPr>
        <w:t>The quotation is valid until [03-11-2026]. To confirm, please send your purchase order quoting our quotation number, or reply to this letter.</w:t>
      </w:r>
    </w:p>
    <w:p>
      <w:pPr>
        <w:spacing w:after="80" w:before="0"/>
      </w:pPr>
      <w:r>
        <w:rPr>
          <w:b w:val="0"/>
          <w:i w:val="0"/>
          <w:sz w:val="20"/>
        </w:rPr>
        <w:t>If you need any change in quantity, specification or terms, we will send a revised quotation.</w:t>
      </w:r>
    </w:p>
    <w:p>
      <w:pPr>
        <w:spacing w:after="0" w:before="0"/>
      </w:pPr>
    </w:p>
    <w:p>
      <w:pPr>
        <w:spacing w:after="80" w:before="0"/>
      </w:pPr>
      <w:r>
        <w:rPr>
          <w:b w:val="0"/>
          <w:i w:val="0"/>
          <w:sz w:val="20"/>
        </w:rPr>
        <w:t>Thanking you,</w:t>
      </w:r>
    </w:p>
    <w:p>
      <w:pPr>
        <w:spacing w:after="80" w:before="0"/>
      </w:pPr>
      <w:r>
        <w:rPr>
          <w:b w:val="0"/>
          <w:i w:val="0"/>
          <w:sz w:val="20"/>
        </w:rPr>
        <w:t>Yours faithfully,</w:t>
      </w:r>
    </w:p>
    <w:p>
      <w:pPr>
        <w:spacing w:after="0" w:before="0"/>
      </w:pPr>
    </w:p>
    <w:p>
      <w:pPr>
        <w:spacing w:after="80" w:before="0"/>
      </w:pPr>
      <w:r>
        <w:rPr>
          <w:b w:val="0"/>
          <w:i w:val="0"/>
          <w:sz w:val="20"/>
        </w:rPr>
        <w:t>[Name]</w:t>
      </w:r>
    </w:p>
    <w:p>
      <w:pPr>
        <w:spacing w:after="80" w:before="0"/>
      </w:pPr>
      <w:r>
        <w:rPr>
          <w:b w:val="0"/>
          <w:i w:val="0"/>
          <w:sz w:val="20"/>
        </w:rPr>
        <w:t>[Designation]</w:t>
      </w:r>
    </w:p>
    <w:p>
      <w:pPr>
        <w:spacing w:after="80" w:before="0"/>
      </w:pPr>
      <w:r>
        <w:rPr>
          <w:b w:val="0"/>
          <w:i w:val="0"/>
          <w:sz w:val="20"/>
        </w:rPr>
        <w:t>For [Your Business Name]</w:t>
      </w:r>
    </w:p>
    <w:p>
      <w:pPr>
        <w:spacing w:after="80" w:before="0"/>
      </w:pPr>
      <w:r>
        <w:rPr>
          <w:b w:val="0"/>
          <w:i w:val="0"/>
          <w:sz w:val="20"/>
        </w:rPr>
        <w:t>[Phone]  ·  [Email]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format (GST) — VelBooks</dc:title>
  <dc:subject>Free GST quotation format in Word</dc:subject>
  <dc:creator>VelBooks</dc:creator>
  <cp:keywords/>
  <dc:description>Free template from https://velbooks.com/templates/quotation-format/</dc:description>
  <cp:lastModifiedBy>VelBooks</cp:lastModifiedBy>
  <cp:revision>1</cp:revision>
  <dcterms:created xsi:type="dcterms:W3CDTF">2026-10-20T00:00:00Z</dcterms:created>
  <dcterms:modified xsi:type="dcterms:W3CDTF">2026-10-20T00:00:00Z</dcterms:modified>
  <cp:category/>
</cp:coreProperties>
</file>